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שונית המחסום הגדולה באוסטרליה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מיומן מסע על שונית האלמוגים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בעלי חיים ימיים ותכונותיהם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רצף אירועים מהטקסט לסדר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אוקיאניה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הם בעלי חיים זעירים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האלמוגים הם בעלי חיים זעירים, לא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שונית המחסום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(בעלי חיים זעירים שאסור לגעת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חיים רך שבו מתחבאים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(עוזרת לראות מתחת למים)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האירועים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שטנו בסירה אל שונית המחסום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דנה סיפרה שהאלמוגים הם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שמתי מסכה וצינור נשימה וקפצתי 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שהאלמוגים הם בעלי חיים זעירים, לא אבנים ולא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אלמוגים הם בעלי חיים, לא צמחים או אבנים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דג כתום עם פסים לבנים, שושנת ים וצב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הקנגורו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למה חשוב לשמור על בעלי חיים ימיים ולא לגעת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שונית המחסום הגדולה באוסטרליה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התוכן מיומן המסע של הילדה ששטה אל שונית המחסום הגדולה באוסטרליה, פגשה אלמוגים, דג צבעוני וצב 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זעירים  ·  שונית המחסום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אזור בעולם נמצאת שונית המחסום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אוקיאניה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גילתה המדריכה דנה על האלמוגים?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בעלי חיים זעירים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האלמוגים הם צמחי 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הילדה השתמשה במסכה וצינור נשימה כדי לצלול.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הבוקר שטנו בסירה אל __________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האלמוגים הם בעלי חיים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אלמוגים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בעל חיים רך שבו מתחבאים דגים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שושנת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עוזרת לראות מתחת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מסכת צלילה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בעלי חיים זעירים שאסור לגעת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האירועים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דנה סיפרה שהאלמוגים הם בעלי 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שמתי מסכה וצינור נשימה וקפצתי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שטנו בסירה אל שונית המחסום הגדולה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הסוד המפתיע שדנה סיפרה לילדים?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גילתה הילדה על האלמוגים?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ראתה הילדה מתחת למים?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שונית המחסום הגדולה באוסטרליה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