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שונית המחסום הגדולה באוסטרליה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מידע עובדתי מיומן מסע על שונית האלמוגים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בעלי חיים ימיים ותכונותיהם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רצף אירועים מהטקסט לסדר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אוקיאניה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הם בעלי חיים זעירים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הם בעלי חיים ועלולים להיפגע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דג כתום עם פסים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לאט, כאילו אינו ממהר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האלמוגים הם בעלי חיים זעירים, לא צמחים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הצב שחה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ברשימת האריזה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למחרת היא תיפגש עם קנגורו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שונית המחסום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(בעלי חיים זעירים שאסור לגעת בהם)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(בעל חיים רך שבו מתחבאים דגים)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(עוזרת לראות מתחת למים)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(מאפשר לנשום כשהפנים במים)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(שוחה לאט במים ליד השונית)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האירועים ביומן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שטנו בסירה אל שונית המחסום הגדולה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דנה סיפרה שהאלמוגים הם בעלי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שמתי מסכה וצינור נשימה וקפצתי 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ראיתי דג כתום ושושנת 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שהאלמוגים הם בעלי חיים זעירים, לא אבנים ולא צמחים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אלמוגים הם בעלי חיים, לא צמחים או אבנים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דג כתום עם פסים לבנים, שושנת ים וצב 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עם הקנגורו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הקראת הטקסט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למה חשוב לשמור על בעלי חיים ימיים ולא לגעת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לדלג על השאלות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שונית המחסום הגדולה באוסטרליה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על ילדה שביקרה בשונית אלמוגים גדולה באוסטרליה. היא ראתה דגים וצב 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באוקיינוס עם הרבה אלמוגים ובעלי חיים ימיים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אלמוגים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בעלי חיים זעירים שחיים יחד וצומחים בצורת אבן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שושנת 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 חיים ימי רך שנראה כמו פרח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צב 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 חיים ימי גדול ששוחה לאט במים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מסכת צלילה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שעוזר לראות מתחת למים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צינור נשימה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צינור שמאפשר לנשום כשהפנים במים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אוקיאניה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אזור באוקיינוס השקט שבו נמצאת אוסטרליה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שונית המחסום נמצאת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אוקיאניה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דנה סיפרה על האלמוגים?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בעלי חיים זעירים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אסור לגעת בהם?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חמים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הם בעלי חיים ועלולים להיפגע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הם מסוכנים לבני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הם חלקלקים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צבע היה לדג?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דג כחול עם פסים שחורים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דג כתום עם פסים לבנים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 צהוב בלי פסים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 ורוד עם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הצב שחה?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בקפיצות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לאט, כאילו אינו ממהר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באלכסון 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האלמוגים הם צמחי 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הילדה השתמשה במסכה וצינור נשימה כדי לצלול.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הצב שחה מהר מאוד ונעלם 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ברשימת האריזה מוזכר כובע רחב.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למחרת הילדה תיפגש עם קואלה.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הבוקר שטנו בסירה אל __________ הגדולה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האלמוגים הם בעלי חיים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הילדה שמה מסכה וצינור __________ וקפצה 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הדג שראתה היה כתום עם פסים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צב הים שחה __________, כאילו אינו ממהר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אלמוגים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בעל חיים רך שבו מתחבאים דגים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שושנת 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שוחה לאט במים ליד השונית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מסכת צלילה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בעלי חיים זעירים שאסור לגעת בהם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צינור נשימה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עוזרת לראות מתחת למים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צב 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מאפשר לנשום כשהפנים במים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האירועים ביומן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שמתי מסכה וצינור נשימה וקפצתי למים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שטנו בסירה אל שונית המחסום הגדולה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ראיתי דג כתום ושושנת 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דנה סיפרה שהאלמוגים הם בעלי חיים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הסוד המפתיע שדנה סיפרה לילדים?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גילתה הילדה על האלמוגים?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ראתה הילדה מתחת למים?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מי היא תיפגש למחרת?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שונית המחסום הגדולה באוסטרליה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