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שונית המחסום הגדולה באוסטרליה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מיומן מסע על שונית האלמוגים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בעלי חיים ימיים ותכונותיהם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רצף אירועים מהטקסט לסדר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אוקיאניה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הם בעלי חיים זעירים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הם בעלי חיים ועלולים להיפגע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דג כתום עם פסים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לאט, כאילו אינו ממהר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האלמוגים הם בעלי חיים זעירים, לא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הצב שחה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ברשימת האריזה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למחרת היא תיפגש עם קנגורו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שונית המחסום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(בעלי חיים זעירים שאסור לגעת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(בעל חיים רך שבו מתחבאים דגים)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(עוזרת לראות מתחת 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(מאפשר לנשום כשהפנים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(שוחה לאט במים ליד השונית)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האירועים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שטנו בסירה אל שונית המחסום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דנה סיפרה שהאלמוגים הם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שמתי מסכה וצינור נשימה וקפצתי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ראיתי דג כתום ושושנת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שהאלמוגים הם בעלי חיים זעירים, לא אבנים ולא צמחים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אלמוגים הם בעלי חיים, לא צמחים או אבנים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דג כתום עם פסים לבנים, שושנת ים וצב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הקנגורו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למה חשוב לשמור על בעלי חיים ימיים ולא לגעת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שונית המחסום הגדולה באוסטרליה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התוכן מיומן המסע של הילדה ששטה אל שונית המחסום הגדולה באוסטרליה, פגשה אלמוגים, דג צבעוני וצב 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אזור בעולם נמצאת שונית המחסום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אוקיאניה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גילתה המדריכה דנה על האלמוגים?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בעלי חיים זעירים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אסור לגעת באלמוגים?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חמים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בעלי חיים ועלולים להיפגע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מסוכנים לבני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חלקלקים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דג ראתה הילדה בין זרועות שושנת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 כחול עם פסים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 כתום עם פסים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 צהוב בלי 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 ורוד עם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שחה צב הים שעבר מתחת לילדה?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בקפיצות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לאט, כאילו אינו ממהר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באלכסון 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האלמוגים הם צמחי 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השתמשה במסכה וצינור נשימה כדי לצלול.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 שחה מהר מאוד ונעלם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האריזה מוזכר כובע רחב.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למחרת הילדה תיפגש עם קואלה.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הבוקר שטנו בסירה אל __________ הגדולה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האלמוגים הם בעלי חיים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שמה מסכה וצינור __________ וקפצה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הדג שראתה היה כתום עם פסים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צב הים שחה __________, כאילו אינו ממהר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אלמוגים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 חיים רך שבו מתחבאים דגים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שושנת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מאפשר לנשום כשהפנים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מסכת צלילה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שוחה לאט במים ליד השונית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צינור נשימה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עוזרת לראות מתחת 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צב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בעלי חיים זעירים שאסור לגעת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האירועים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סיפרה שהאלמוגים הם בעלי 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שמתי מסכה וצינור נשימה וקפצתי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ראיתי דג כתום ושושנת 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שטנו בסירה אל שונית המחסום הגדולה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הסוד המפתיע שדנה סיפרה לילדים?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גילתה הילדה על האלמוגים?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ראתה הילדה מתחת למים?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היא תיפגש למחרת?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שונית המחסום הגדולה באוסטרליה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